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23.01.2024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21.12.2023 № 308-ЭС23-24637, решение Арбитражного суда Ростовской области от 27.01.2023, постановление Пятнадцатого арбитражного апелляционного суда от 05.04.2023 и постановление Арбитражного суда Северо-Кавказского округа от 22.08.2023 по делу № А53-5343/2022,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изложенного,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Разуваева Вячеслава Викторовича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