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муниципального образования «Закрытое административно-территориальное образование Знаменск Астраханской области» «Служба обеспечения деятельности органов местного самоуправления»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