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казенному учреждению «База материально- технического и военного снабжения Управления Федеральной службы исполнения наказаний по Кировской области»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