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05.07.2023, оставленным без изменения постановлением Девятого арбитражного апелляционного суда от 27.09.2023, Погуляева А.В. признана несостоятельной (банкротом), в отношении нее введена процедура реструктуризации долгов, назначен финансовый управляющий, требования банка включены в третью очередь реестра как обеспеченные залогом имущества должника. Арбитражный суд Московского округа постановлением от 27.11.2023 отменил определение от 05.07.2023 и постановление апелляционного суда от 27.09.2023, направил дело на новое рассмотрение в арбитражный суд первой инстанции. В кассационной жалобе банк просит отменить постановление окружного суда и направить дело на новое рассмотрение в апелляционный суд для определения размера подлежащих включению в реестр требований.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суд, признав необходимость нового рассмотрения дела для установления не исследованных судами нижестоящей инстанции значимых обстоятельств,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«Акционерный Коммерческий Банк «Абсолют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