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Селиверстовой Марии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