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«СДС-Строй»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Общество с ограниченной ответственностью "СДС-СТРОЙ" (подробнее) Ответчики: Межрайонная инспекция Федеральной налоговой службы №15 по Кемеровской области - Кузбассу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