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«Колония-поселение № 6 Управления Федеральной службы исполнения наказаний по Новгородской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ФКУ "Колония-поселение №6 Управления Федеральной службы исполнения наказаний по Новгородской области" (подробнее) Ответчики: ООО "КЗ "АлтайКотлоСнаб" (подробнее) Иные лица: Арбитражный суд Северо-Западного округа (подробнее) Четырнадцатый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