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«С-Маркет»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"С-МАРКЕТ" (подробнее) Ответчики: Центральное таможенное управление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