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Предприниматель Корытов А.Л. (подробнее) Предприниматель Корытов Александр Леонидович (подробнее) Ответчики: Предприниматель Потапов Сергей Юрьевич (подробнее) Предприниматель Потапов С.Ю.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