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«УАЗ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"Развитие" (подробнее) Ответчики: ООО "УАЗ Центр" (подробнее) Иные лица: ООО "ГлавЭнергоСтройКонтроль" (подробнее) ООО "Европейский центр судебных экспертов" (подробнее) ООО "научно-производственный центр "ТЕХСЕРВИС" (подробнее) ООО "ПРОЕКТНО-ЭКСПЕРТНОЕ БЮРО "АРГУМЕНТ" (подробнее) ООО "Центр судебной экспертизы" (подробнее) ООО "Центр судебных экспертиз Северо-Западного округа" (подробнее) Отделение судебных приставов по Калининскому р-ну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