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службы по надзору в сфере природопользования по Саратовской и Пензенской областям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Межрегиональное управление Федеральной службы по надзору в сфере природопользования по Саратовской и Пензенской областям (подробнее) Ответчики: ООО "Чистый город"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