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«Автобусный-Центр Столица»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"ТРАНСНЕФТЬ - ДИАСКАН" (подробнее) Ответчики: ООО АВТОБУСНЫЙ - ЦЕНТР СТОЛИЦА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