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Астраханской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"ЛИК" (подробнее) Ответчики: УФСИН России по Астраханской области (подробнее) Иные лица: ИП Коваль Николай Васильевич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