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Западно-Сибирского округа от 09.03.2021 по делу № А67-1997/2019 отменить. Определение Арбитражного суда Томской области от 23.09.2020 и постановление Седьмого арбитражного апелляционного суда от 23.11.2020 по указанному делу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И.В. Разумов судья Е.С. Корнелюк судья О.Ю. Шилохвост Суд: Верховный Суд РФ (подробнее) Истцы: ООО "Все для Вас" (подробнее) ООО "Светодар" (подробнее) ООО "СД" (подробнее) ООО "Эволюция" (подробнее) ПАО "Сбербанк России" (подробнее) Иные лица: Ассоциация "Краснодарская межрегиональная саморегулируемая организация арбитражных управляющих "Единство" (подробнее) Управление Федеральной службы государственной регистрации, кадастра и картографии по Томской области (подробнее) Судьи дела: Разумов И.В. (судья) Последние документы по делу: Определение от 24 января 2024 г. по делу № А67-1997/2019 Резолютивная часть постановления от 21 октября 2021 г. по делу № А67-1997/2019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