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«АЭЛЬ-РТС» Инжиниринг Зелякову Николаю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