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«Горсвет» городского округа «город Якутск»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МУП "Горсвет" Городского округа "Город Якутск" (подробнее) Ответчики: ПАО СТРАХОВАЯ КОМПАНИЯ "РОСГОССТРАХ" (подробнее) Иные лица: Арбитражный суд Республики Саха/Якутия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