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Заречного Пензенской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города Заречного Пензенской области (подробнее) ООО "Специализированный застройщик "Ремстрой" (подробнее) Ответчики: Управление Федеральной антимонопольной службы по Пензенской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