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Бузмаков Д.В. обратился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3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Бузмакову Дмитрию Викторовичу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Хабаровского края от 26.05.2023, постановление Шестого арбитражного апелляционного суда от 06.09.2023 и постановление Арбитражного суда Дальневосточного округа от 20.11.2023 по делу № А73-4317/2023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