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«СТК-Бетон»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"СТК-Бетон" (подробнее) Ответчики: ООО "СТРОЙИНТЕХ-НСК"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