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Твороговой Анне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