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Новокубанского городского поселения Новокубанского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