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«Викинг»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"Горная техника" (подробнее) Ответчики: ООО "Викинг"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