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Чувашской Республике – Чувашии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