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«МГ Экспорт-Импорт»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