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«колхоз им. Суворова»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