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Охранное агентство «Щит-Плюс»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