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«Международный аэропорт Шереметьево»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