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линцовский автокран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