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«Сибирская инвестиционная группа»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