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29.12.2023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29.11.2023 № 307-ЭС23-23464, решение Арбитражного суда города Санкт-Петербурга и Ленинградской области от 26.01.2023, постановление Тринадцатого арбитражного апелляционного суда от 27.04.2023 и постановление Арбитражного суда Северо-Западного округа от 04.08.2023 по делу № А56-94428/2022,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гаражного потребительского кооператива «Альбатрос»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