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«Бастион-Канск»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