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«Орлиновское охотничье хозяйство»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