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Специализированный застройщик «Новая Жизнь 9, 10 дом»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