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03.11.2023,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«Тацинское ДСУ»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