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автономному учреждению здравоохранения «Брянская областная больница № 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