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Екатеринбургскому городскому отделению Свердловского областного отделения общероссийской общественной организации «Всероссийское добровольное пожарное общество»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