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«Ковылкинский электромеханический завод»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