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«Забайкальская топливно-энергетическая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