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Судебный пристав-исполнитель МОСП по ОИП УФССП России по Омской области Варгусов А.Ф. (подробнее) Иные лица: АО "Альфа-Банк" Новосибирский (подробнее) АО "Модуль-Банк" Московский (подробнее) АО Отдел судебных приставов по Кировскому г. Омска УФССП России по Омской области (подробнее) ООО "Кристалл" (подробнее) ПАО БАНК "УРАЛСИБ" Новосибирск (подробнее) ПАО "Совкомбанк" (подробнее) судебноый пристава=-исполнитель Отдела судебных приставов по Кировскому административному округу города Омска УФССП по Омской области Коршак Любовь Григорьевна (подробнее) судебный пристава-исполнитель Отдела судебных приставов по Кировскому административному округу города Омска УФССП по Омской области Коршак Любовь Григорьевна (подробнее) Судебный пристав-исполнитель Горбунова Ирина Сергеевна (подробнее) Судебный пристав-исполнитель Кемсизбаев Хымбат Кабидинович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