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«Екатеринбург Яблоко» (далее – ООО «Екатеринбург Яблоко», общество, заявитель) обратилось в суд с заявлением о признании незаконным решения муниципального казенного учреждения «Комитет жилищно-коммунального хозяйства Исполнительного комитета муниципального образования г. Казани» (далее – учреждение, заинтересованное лицо) об исключении места накопления твердых коммунальных отходов (ТКО) заявителя из реестра места (площадок) накопления ТКО, об обязании включить место накопления ТКО заявителя, расположенное по адресу: г. Казань, ул. Пушкина, д. 2, в реестр мест (площадок) накопления ТКО на основании ранее поданных обществом заявлений. К участию в деле в качестве третьих лиц, не заявляющих самостоятельных требований относительно предмета спора, привлечены: общество с ограниченной ответственностью «Управляющая компания 2 «Предприятие жилищно-коммунального хозяйства» (далее - ООО «УК «ПЖКХ»), Администрация Вахитовского и Приволжского районов г. Казани, Управление Федеральной службы по надзору в сфере защиты прав потребителей и благополучия человека по Республике Татарстан (Татарстан) (далее - Управление Роспотребнадзора по Республике Татарстан). Требование общества об обязании включить место накопления ТКО заявителя, расположенное по адресу: г. Казань, ул. Пушкина, д. 2 в реестр мест (площадок) накопления ТКО на основании ранее поданных обществом заявлений, выделено в отдельное производство (дело № А65-10350/2023). Решением Арбитражного суда Республики Татарстан от 19.04.2023, оставленным без изменения постановлением Одиннадцатого арбитражного апелляционного суда от 12.07.2023 по делу №А65-32983/2022, в удовлетворении заявленного требования отказано. Постановлением Арбитражного суда Поволжского округа от 09.10.2023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действовавшие в 2016 году нормативно-правовые акты не предусматривали обязанность согласования с заинтересованным лицом мест накопления ТКО; суды не учли, что положениями Постановления Правительства Российской Федерации от 31.08.2018 № 1039 «Об утверждении Правил обустройства мест (площадок) накопления твердых коммунальных отходов и ведения их реестра» (далее - Правила № 1039) и Постановления Исполкома муниципального образования г. Казани № 3730 от 17.12.2020 (далее - Постановление № 3730) прямо предусмотрена обязанность собственника ТКО по согласованию места накопления ТКО с уполномоченными органами только в случае его создания после 01.01.2019; судами не были исследованы доказательства, подтверждающие создание места накопления ТКО заявителя в 2016 году, не принято во внимание, что заявителю не было предоставлено времени и возможности устранить выявленное нарушение, не учтено, что в качестве основания для исключения места накопления ТКО заявителя из реестра заинтересованным лицом были указаны Правила № 1039 и Постановление № 3730, при том, что площадка была включена в реестр в октябре 2019 году; необоснованно отклонены доводы заявителя о том, что решение заинтересованного лица нарушает его права и законные интересы в связи с риском доначисления ООО «УК «ПЖКХ» оплаты стоимости услуг по обращению с ТКО исходя из нормативов на период отсутствия места накопления ТКО заявителя в реестре, а также не принято во внимание, что данное решение затрагивает интересы заявителя при рассмотрении дела № А65-16035/2021. В соответствии с частью 1 статьи 291.1, частью 7 статьи 291.6 и статьей 291.11 Арбитражного процессуального кодекса Российской Федерации (далее – 3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29.10.2019 общество с ограниченной ответственностью «Мир Красоты» (далее - ООО «Мир Красоты») обратилось в учреждение с заявкой о включении в реестр мест (площадок) накопления твердых коммунальных отходов площадки по адресу: г. Казань, ул. Пушкина, д. 2. Письмом № 2169/17 от 06.12.2019 учреждение сообщило ООО «Мир Красоты», что контейнерная площадка по адресу: г. Казань, ул. Пушкина, д. 2, включена в реестр мест (площадок) накопления твердых коммунальных отходов. 26.10.2022 и 07.11.2022 в ответ на обращения ООО «УК «ПЖКХ» и ООО «Екатеринбург Яблоко» (правопреемник ООО «Мир Красоты») учреждение сообщило, что контейнерная площадка по адресу: г. Казань, ул. Пушкина, д. 2, исключена из реестра мест (площадок) накопления твердых коммунальных отходов до представления согласования с Администрацией Вахитовского и Приволжского районов г. Казани и Управлением Роспотребнадзора по Республике Татарстан. Полагая, что исключение из реестра контейнерной площадки произведено с нарушением закона, а также прав и законных интересов общества, заявитель обратился в арбитражный суд с рассматриваемым заявлением. Суды, отказывая в удовлетворении заявленного требования, руководствовались положениями статей 198, 200, 201 АПК РФ, Федерального закона от 06.10.2003 № 131-ФЗ «Об общих принципах организации местного самоуправления в Российской Федерации» (далее - Закон № 131-ФЗ), Федерального закона от 24.06.1998 № 89-ФЗ «Об отходах производства и потребления» (далее – Закон № 89-ФЗ), Правилами № 1039 и исходили из того, что заявитель не обращался в орган местного самоуправления г. Казани с заявкой о согласовании создания места (площадки) накопления твердых коммунальных отходов, а принятое ранее с нарушением пунктов 4, 6, 8, 25 Правил № 1039 решение учреждения (о включении контейнерной площадки по адресу: г. Казань, ул. Пушкина, д. 2, в реестр мест (площадок) накопления твердых коммунальных отходов) отменено в порядке части 1 статьи 48 Закона № 131-ФЗ. Довод заявителя о том, что учреждение не вправе было требовать согласования места накопления ТКО, поскольку оно используется с 2016 года 4 (не является вновь созданным), отклонен судами с указанием на исключение данного места из реестра после фактического отказа заявителя представить в учреждение необходимые документы. Судами учтено, что впоследствии заявитель провел согласование с администрацией районов, получил заключение Управления Роспотребнадзора, после чего направил эти документы в учреждение и получил ответ (письмо от 16.03.2023 исх. 711/17) о согласовании ему места накопления ТКО. Ссылка заявителя на то, что принятое учреждением решение нарушает его права и законные интересы в связи с риском доначисления ООО «УК «ПЖКХ» оплаты стоимости услуг по обращению с ТКО исходя из нормативов на период отсутствия места накопления ТКО в реестре, отклонена судами с учетом правовой позиции учреждения в рамках дела № А65-10350/2023.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«Екатеринбург Яблоко»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