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Ковалевской Алле Альбертовне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