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Щербаню Дмитрию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