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«Учалинский горно-обогатительный 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