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«Научно-производственное объединение «Алмаз» имени академика А.А.Расплетина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