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«Барнаульская генерация»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