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«Барнаульский шпалопропиточный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