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Инвестиционная компания «Деньги для всех»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Инвестиционная компания "Деньги для всех" (подробнее) Ответчики: Управление Федеральной антимонопольной службы по Сахалинской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