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Anahata Solutions S.R.O.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