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Саидовой Магинур Ахмедовне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