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«Светогорское жилищно-коммунальное хозяйство»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"СВЕТОГОРСКОЕ ЖИЛИЩНО-КОММУНАЛЬНОЕ ХОЗЯЙСТВО" (подробнее) Ответчики: Администрация муниципального образования "Выборгский район" Ленинградской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